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Workshop Registration Note</w:t>
      </w:r>
    </w:p>
    <w:p>
      <w:r>
        <w:t>Fictional practice copy • Starts without tracked revisions</w:t>
      </w:r>
    </w:p>
    <w:p>
      <w:pPr>
        <w:pStyle w:val="Heading1"/>
      </w:pPr>
      <w:r>
        <w:t>Plan</w:t>
      </w:r>
    </w:p>
    <w:p>
      <w:r>
        <w:rPr>
          <w:b/>
        </w:rPr>
        <w:t>Draft schedule</w:t>
      </w:r>
      <w:r>
        <w:t>: Doors open at 9:00 a.m.; the fictional workshop starts at 9:30 a.m.</w:t>
      </w:r>
    </w:p>
    <w:p>
      <w:r>
        <w:t>In a disposable Word for the web copy, choose Reviewing before replacing Draft schedule with Final schedule. This source file intentionally contains no tracked change; create one in the application.</w:t>
      </w:r>
    </w:p>
    <w:sectPr w:rsidR="00FC693F" w:rsidRPr="0006063C" w:rsidSect="00034616">
      <w:pgSz w:w="12240" w:h="15840"/>
      <w:pgMar w:top="1152" w:right="1368" w:bottom="1152" w:left="13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ptos" w:hAnsi="Aptos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4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4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Solo Ops Workshop</dc:creator>
  <cp:keywords/>
  <dc:description>generated by python-docx</dc:description>
  <cp:lastModifiedBy>Solo Ops Workshop</cp:lastModifiedBy>
  <cp:revision>1</cp:revision>
  <dcterms:created xsi:type="dcterms:W3CDTF">2013-12-23T23:15:00Z</dcterms:created>
  <dcterms:modified xsi:type="dcterms:W3CDTF">2013-12-23T23:15:00Z</dcterms:modified>
  <cp:category/>
</cp:coreProperties>
</file>