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Workshop Registration Note</w:t>
      </w:r>
    </w:p>
    <w:p>
      <w:r>
        <w:t>This fictional note confirms the registration details for a practice workshop. The blank page between the details and the next steps is deliberate so you can diagnose its cause in Google Docs.</w:t>
      </w:r>
    </w:p>
    <w:p>
      <w:pPr>
        <w:pStyle w:val="Heading1"/>
      </w:pPr>
      <w:r>
        <w:t>Registration Details</w:t>
      </w:r>
    </w:p>
    <w:p>
      <w:r>
        <w:t>Participant: Morgan Lee</w:t>
      </w:r>
    </w:p>
    <w:p>
      <w:r>
        <w:t>Session: Spreadsheet Basics</w:t>
      </w:r>
    </w:p>
    <w:p>
      <w:r>
        <w:t>Date: November 18, 2026</w:t>
      </w:r>
    </w:p>
    <w:p>
      <w:r>
        <w:br w:type="page"/>
      </w:r>
    </w:p>
    <w:p>
      <w:r>
        <w:br w:type="page"/>
      </w:r>
    </w:p>
    <w:p>
      <w:pPr>
        <w:pStyle w:val="Heading1"/>
      </w:pPr>
      <w:r>
        <w:t>Next Steps</w:t>
      </w:r>
    </w:p>
    <w:p>
      <w:r>
        <w:t>Bring the fictional practice workbook. The registration details and this next-step sentence should remain after you remove the extra break.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Registration Note</dc:title>
  <dc:subject>Fictional blank-page practice file</dc:subject>
  <dc:creator>Solo Ops Workshop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