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400"/>
        <w:jc w:val="center"/>
      </w:pPr>
      <w:r>
        <w:t>Workshop Registration Note</w:t>
      </w:r>
    </w:p>
    <w:p>
      <w:pPr>
        <w:jc w:val="center"/>
      </w:pPr>
      <w:r>
        <w:t>Fictional exercise · October 2026</w:t>
      </w:r>
    </w:p>
    <w:p>
      <w:pPr>
        <w:jc w:val="center"/>
      </w:pPr>
      <w:r>
        <w:t>Prepared by Jordan Lee</w:t>
      </w:r>
    </w:p>
    <w:p>
      <w:r>
        <w:br w:type="page"/>
      </w:r>
    </w:p>
    <w:p>
      <w:pPr>
        <w:pStyle w:val="Heading1"/>
        <w:spacing w:after="280"/>
      </w:pPr>
      <w:r>
        <w:t>Registration summary</w:t>
      </w:r>
    </w:p>
    <w:p>
      <w:r>
        <w:t>The workshop has five fictional seats. This practice document contains no real attendee names or contact details. The cover page should have no visible page number, but this page should continue the document's numbering sequence.</w:t>
      </w:r>
    </w:p>
    <w:p>
      <w:r>
        <w:br w:type="page"/>
      </w:r>
    </w:p>
    <w:p>
      <w:pPr>
        <w:pStyle w:val="Heading1"/>
        <w:spacing w:after="280"/>
      </w:pPr>
      <w:r>
        <w:t>Coordinator checklist</w:t>
      </w:r>
    </w:p>
    <w:p>
      <w:pPr>
        <w:pStyle w:val="ListBullet"/>
      </w:pPr>
      <w:r>
        <w:t>Confirm the five fictional seats.</w:t>
      </w:r>
    </w:p>
    <w:p>
      <w:pPr>
        <w:pStyle w:val="ListBullet"/>
      </w:pPr>
      <w:r>
        <w:t>Review the agenda.</w:t>
      </w:r>
    </w:p>
    <w:p>
      <w:pPr>
        <w:pStyle w:val="ListBullet"/>
      </w:pPr>
      <w:r>
        <w:t>Save the completed note.</w:t>
      </w:r>
    </w:p>
    <w:sectPr w:rsidR="00FC693F" w:rsidRPr="0006063C" w:rsidSect="00034616">
      <w:pgSz w:w="12240" w:h="15840"/>
      <w:pgMar w:top="1296" w:right="1512" w:bottom="1152" w:left="151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Workshop Registration Note</dc:title>
  <dc:subject>Fictional practice for page numbering</dc:subject>
  <dc:creator>Solo Ops Workshop</dc:creator>
  <cp:keywords/>
  <dc:description>generated by python-docx</dc:description>
  <cp:lastModifiedBy/>
  <cp:revision>1</cp:revision>
  <dcterms:created xsi:type="dcterms:W3CDTF">2013-12-23T23:15:00Z</dcterms:created>
  <dcterms:modified xsi:type="dcterms:W3CDTF">2013-12-23T23:15:00Z</dcterms:modified>
  <cp:category/>
</cp:coreProperties>
</file>